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זמנים וגופים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הטיית פעלים בגוף ובזמן (עבר, הווה, עתיד)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הזמן המתאים למשפט לפי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שם עצם לתואר ביחיד וברבים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ילכו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שחינו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תעלו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מצייר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צורת ההווה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נלמד הוא גוף רבים - אנחנו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שומרים על התאמה נכונה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ילדה היא נקבה, צריך לומר ילדה חכמה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תכתבו היא צורת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לדוגמה כתבתי - הסיומת תי מרמזת על גוף ראשון 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תשחקי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אכלנו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תבואו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(ילדים קטנים)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(חתולות 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(שולחנות גדולים)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(מורות 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(בתים לבנים)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הזמנים - מהעבר הרחוק ביותר לעתיד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אתמול כתבתי מכתב לדודה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עכשיו אני כותב שיעורי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מחר אכתוב חיבור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בשבוע הבא אכתוב מכתב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אתמול למדתי חשבון. היום אני לומד עברית. מחר אלמד אנגלית.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עם התאמה נכונה במין ובמספר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שיחקתי, משחק, אשחק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ילדות חכמות למדו היטב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כשהפעולה עוד לא קרתה ותקרה בעתיד, למשל: מחר אלך לטייל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בכרטיס ״טבלת הגופים״ בזמן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לשאול לפני כל תשובה: מתי זה קורה? מי עושה?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בעבר והווה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זמנים וגופים בפועל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פועל הוא מילה שמתארת פעולה, כמו כתב, אוכל, ילמד. הפועל משתנה לפי מי עושה את הפעולה ומתי. נתרגל את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עושה את הפעולה - אני, אתה, היא, אנחנו...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עבר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שכבר קרתה - הוא 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הווה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שקורית עכשיו - הוא כותב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 עתיד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שעוד תקרה - הוא יכתוב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צורת הפועל לפי גוף וזמן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דבר, אדם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כמו גדול, יפה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כשהתואר מתאים במין ובמספר לשם העצם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אתמול אני מה עשיתי עם המכתב?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מחר הם מה יעשו?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עכשיו היא מה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בקיץ שעבר אנחנו מה עשינו?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בשנה הבאה אתם מה תעשו?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תעלו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היום הילד מה עושה?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ציירו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״כתב״ בזמן הווה בגוף יחיד זכר הוא ״כותב״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במילה ״נלמד״ הגוף הוא יחיד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תואר צריך להתאים לשם העצם במין וגם 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״ילדה חכם״ זו התאמה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״תכתבו״ מופיעה בזמן עבר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הסיומת בפועל יכולה לרמז על הגוף שעושה את הפעולה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(כתב, עבר) שיר יפה לאמא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הם __________ (למד, הווה) עברית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 __________ (שחק, עתיד) מחר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אנחנו __________ (אכל, עבר) ארוחת ערב טעימה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הוא __________ (רוץ, הווה) כל בוקר בפארק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אתם __________ (בוא, עתיד) למסיבה שלי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שולחנות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חתולה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מורות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שולחן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ילדים קטנים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מורה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בתים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חתולות יפות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סדר הזמנים - מהעבר הרחוק ביותר לעתיד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עכשיו אני כותב שיעורי 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הבא אכתוב מכתב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אתמול כתבתי מכתב לדודה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מחר אכתוב חיבור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בזמן עבר, משפט אחד בהווה ומשפט אחד בעתיד עם הפועל ״למד״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צירוף של שם עצם ברבים ותואר מתאים לו (לדוגמה: כלבים גדולים)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הטו את הפועל ״שיחק״ בגוף אני בשלושת הזמנים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תקנו את הטעות: ״ילדות חכם למדו היטב״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בזמן עתיד?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זמנים וגופים בפועל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